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 w:line="259" w:lineRule="auto"/>
        <w:jc w:val="center"/>
      </w:pPr>
      <w:r>
        <w:rPr>
          <w:rFonts w:ascii="Calibri" w:hAnsi="Calibri"/>
          <w:b/>
          <w:i w:val="0"/>
          <w:color w:val="A51E2A"/>
          <w:sz w:val="21"/>
        </w:rPr>
        <w:t>PRÉPARATIONS PÉDAGOGIQUES</w:t>
      </w:r>
    </w:p>
    <w:p>
      <w:pPr>
        <w:keepNext w:val="0"/>
        <w:spacing w:before="0" w:after="80" w:line="259" w:lineRule="auto"/>
        <w:jc w:val="center"/>
      </w:pPr>
      <w:r>
        <w:rPr>
          <w:rFonts w:ascii="Georgia" w:hAnsi="Georgia"/>
          <w:b/>
          <w:i w:val="0"/>
          <w:color w:val="242424"/>
          <w:sz w:val="58"/>
        </w:rPr>
        <w:t>Typographie</w:t>
      </w:r>
    </w:p>
    <w:p>
      <w:pPr>
        <w:keepNext w:val="0"/>
        <w:spacing w:before="0" w:after="280" w:line="259" w:lineRule="auto"/>
        <w:jc w:val="center"/>
      </w:pPr>
      <w:r>
        <w:rPr>
          <w:rFonts w:ascii="Calibri" w:hAnsi="Calibri"/>
          <w:b/>
          <w:i w:val="0"/>
          <w:color w:val="686868"/>
          <w:sz w:val="34"/>
        </w:rPr>
        <w:t>6TQi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822"/>
        <w:gridCol w:w="3822"/>
        <w:gridCol w:w="3822"/>
        <w:gridCol w:w="3822"/>
      </w:tblGrid>
      <w:tr>
        <w:trPr>
          <w:tblHeader w:val="true"/>
        </w:trPr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ANNÉE</w:t>
            </w:r>
          </w:p>
        </w:tc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RYTHME</w:t>
            </w:r>
          </w:p>
        </w:tc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DURÉE</w:t>
            </w:r>
          </w:p>
        </w:tc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ENSEIGNANT</w:t>
            </w:r>
          </w:p>
        </w:tc>
      </w:tr>
      <w:tr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9"/>
              </w:rPr>
              <w:t>2026-2027</w:t>
            </w:r>
          </w:p>
        </w:tc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9"/>
              </w:rPr>
              <w:t>Vendredi - 1 séance / semaine</w:t>
            </w:r>
          </w:p>
        </w:tc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9"/>
              </w:rPr>
              <w:t>50 min dont 30 min d'apprentissage</w:t>
            </w:r>
          </w:p>
        </w:tc>
        <w:tc>
          <w:tcPr>
            <w:tcW w:type="dxa" w:w="3822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9"/>
              </w:rPr>
              <w:t>Hassan BOUZOUGARH</w:t>
            </w:r>
          </w:p>
        </w:tc>
      </w:tr>
    </w:tbl>
    <w:p>
      <w:pPr>
        <w:keepNext w:val="0"/>
        <w:spacing w:before="280" w:after="100" w:line="259" w:lineRule="auto"/>
        <w:jc w:val="left"/>
      </w:pPr>
      <w:r>
        <w:rPr>
          <w:rFonts w:ascii="Georgia" w:hAnsi="Georgia"/>
          <w:b/>
          <w:i w:val="0"/>
          <w:color w:val="A51E2A"/>
          <w:sz w:val="28"/>
        </w:rPr>
        <w:t>Vade-mecum de lecture</w:t>
      </w:r>
    </w:p>
    <w:p>
      <w:pPr>
        <w:spacing w:before="160" w:after="200"/>
        <w:ind w:left="160" w:right="160"/>
        <w:jc w:val="left"/>
        <w:shd w:fill="FFF0F2"/>
        <w:pBdr>
          <w:top w:val="single" w:sz="6" w:space="5" w:color="8E2F3D"/>
          <w:left w:val="single" w:sz="12" w:space="5" w:color="8E2F3D"/>
          <w:bottom w:val="single" w:sz="6" w:space="5" w:color="8E2F3D"/>
          <w:right w:val="single" w:sz="6" w:space="5" w:color="8E2F3D"/>
        </w:pBdr>
      </w:pPr>
      <w:r>
        <w:rPr>
          <w:b/>
          <w:color w:val="8E2F3D"/>
          <w:sz w:val="24"/>
        </w:rPr>
        <w:t>ATTENTION — DATES PROVISOIRES</w:t>
        <w:br/>
      </w:r>
      <w:r>
        <w:rPr>
          <w:color w:val="321015"/>
          <w:sz w:val="21"/>
        </w:rPr>
        <w:t>Toutes les dates sont pour le moment à titre indicatif. Vous recevrez de la part de vos enseignants respectifs la confirmation des dates définitives.</w:t>
      </w:r>
    </w:p>
    <w:p>
      <w:pPr>
        <w:pStyle w:val="ListBullet"/>
        <w:spacing w:before="0" w:after="60" w:line="252" w:lineRule="auto"/>
        <w:ind w:left="351" w:hanging="170"/>
      </w:pPr>
      <w:r>
        <w:rPr>
          <w:rFonts w:ascii="Calibri" w:hAnsi="Calibri"/>
          <w:b w:val="0"/>
          <w:i w:val="0"/>
          <w:color w:val="242424"/>
          <w:sz w:val="20"/>
        </w:rPr>
        <w:t>25 préparations : 20 séquences de cours, 3 évaluations intégratives et 2 étapes de qualification.</w:t>
      </w:r>
    </w:p>
    <w:p>
      <w:pPr>
        <w:pStyle w:val="ListBullet"/>
        <w:spacing w:before="0" w:after="60" w:line="252" w:lineRule="auto"/>
        <w:ind w:left="351" w:hanging="170"/>
      </w:pPr>
      <w:r>
        <w:rPr>
          <w:rFonts w:ascii="Calibri" w:hAnsi="Calibri"/>
          <w:b w:val="0"/>
          <w:i w:val="0"/>
          <w:color w:val="242424"/>
          <w:sz w:val="20"/>
        </w:rPr>
        <w:t>Chaque préparation est organisée sur deux pages : cadre et objectifs, puis déroulé et évaluation.</w:t>
      </w:r>
    </w:p>
    <w:p>
      <w:pPr>
        <w:pStyle w:val="ListBullet"/>
        <w:spacing w:before="0" w:after="60" w:line="252" w:lineRule="auto"/>
        <w:ind w:left="351" w:hanging="170"/>
      </w:pPr>
      <w:r>
        <w:rPr>
          <w:rFonts w:ascii="Calibri" w:hAnsi="Calibri"/>
          <w:b w:val="0"/>
          <w:i w:val="0"/>
          <w:color w:val="242424"/>
          <w:sz w:val="20"/>
        </w:rPr>
        <w:t>Les 50 minutes incluent l'accueil, les présences, le journal de classe, la synthèse et le rangement ; 30 minutes restent consacrées aux apprentissages.</w:t>
      </w:r>
    </w:p>
    <w:p>
      <w:pPr>
        <w:pStyle w:val="ListBullet"/>
        <w:spacing w:before="0" w:after="60" w:line="252" w:lineRule="auto"/>
        <w:ind w:left="351" w:hanging="170"/>
      </w:pPr>
      <w:r>
        <w:t>6TQi : UQ4, jury 11/12/2026, remédiations 08, 10 et 11/12, bis 17/12. UQ5 : jury 24/05/2027, remédiations du 25 au 27/05 et bis 28/05. Toutes ces dates restent indicatives jusqu’à confirmation.</w:t>
      </w:r>
    </w:p>
    <w:p>
      <w:pPr>
        <w:keepNext w:val="0"/>
        <w:spacing w:before="200" w:after="100" w:line="259" w:lineRule="auto"/>
        <w:jc w:val="left"/>
      </w:pPr>
      <w:r>
        <w:rPr>
          <w:rFonts w:ascii="Georgia" w:hAnsi="Georgia"/>
          <w:b/>
          <w:i w:val="0"/>
          <w:color w:val="A51E2A"/>
          <w:sz w:val="28"/>
        </w:rPr>
        <w:t>Repères documentaires</w:t>
      </w:r>
    </w:p>
    <w:p>
      <w:pPr>
        <w:pStyle w:val="ListBullet"/>
        <w:spacing w:before="0" w:after="50" w:line="252" w:lineRule="auto"/>
        <w:ind w:left="351" w:hanging="170"/>
      </w:pPr>
      <w:r>
        <w:rPr>
          <w:rFonts w:ascii="Calibri" w:hAnsi="Calibri"/>
          <w:b w:val="0"/>
          <w:i w:val="0"/>
          <w:color w:val="242424"/>
          <w:sz w:val="19"/>
        </w:rPr>
        <w:t>C5 / C6 : cours et exercices intégrés.</w:t>
      </w:r>
    </w:p>
    <w:p>
      <w:pPr>
        <w:pStyle w:val="ListBullet"/>
        <w:spacing w:before="0" w:after="50" w:line="252" w:lineRule="auto"/>
        <w:ind w:left="351" w:hanging="170"/>
      </w:pPr>
      <w:r>
        <w:rPr>
          <w:rFonts w:ascii="Calibri" w:hAnsi="Calibri"/>
          <w:b w:val="0"/>
          <w:i w:val="0"/>
          <w:color w:val="242424"/>
          <w:sz w:val="19"/>
        </w:rPr>
        <w:t>O1 : Banque de savoirs typographiques ; O2 : choix, associations et connotations ; O3 : lecture de l'affiche.</w:t>
      </w:r>
    </w:p>
    <w:p>
      <w:pPr>
        <w:pStyle w:val="ListBullet"/>
        <w:spacing w:before="0" w:after="50" w:line="252" w:lineRule="auto"/>
        <w:ind w:left="351" w:hanging="170"/>
      </w:pPr>
      <w:r>
        <w:rPr>
          <w:rFonts w:ascii="Calibri" w:hAnsi="Calibri"/>
          <w:b w:val="0"/>
          <w:i w:val="0"/>
          <w:color w:val="242424"/>
          <w:sz w:val="19"/>
        </w:rPr>
        <w:t>E : évaluations intégratives des trois périodes ; Q : consignes des unités de qualification UQ2 à UQ5.</w:t>
      </w:r>
    </w:p>
    <w:p>
      <w:r>
        <w:br w:type="page"/>
      </w:r>
    </w:p>
    <w:p>
      <w:pPr>
        <w:keepNext w:val="0"/>
        <w:spacing w:before="0" w:after="6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Calendrier des préparations - 1/2</w:t>
      </w:r>
    </w:p>
    <w:p>
      <w:pPr>
        <w:keepNext w:val="0"/>
        <w:spacing w:before="0" w:after="120" w:line="259" w:lineRule="auto"/>
        <w:jc w:val="left"/>
      </w:pPr>
      <w:r>
        <w:rPr>
          <w:rFonts w:ascii="Calibri" w:hAnsi="Calibri"/>
          <w:b w:val="0"/>
          <w:i/>
          <w:color w:val="686868"/>
          <w:sz w:val="18"/>
        </w:rPr>
        <w:t>25 fiches thématiques : suivre les dates actualisées. Les périodes de réserve et les congés restent dans la planification annuelle séparée.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1000"/>
        <w:gridCol w:w="1450"/>
        <w:gridCol w:w="1700"/>
        <w:gridCol w:w="1050"/>
        <w:gridCol w:w="8300"/>
        <w:gridCol w:w="1788"/>
      </w:tblGrid>
      <w:tr>
        <w:trPr>
          <w:tblHeader w:val="true"/>
        </w:trP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Sem.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Pér.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Code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Leçon / mission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Type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04/09/2026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S01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Définir le problème de communication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2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11/09/2026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S02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selon la fonction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3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18/09/2026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S03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Mise en pratique du choix : logo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4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25/09/2026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S04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Interlignage, crénage et approche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5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02/10/2026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S05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Corps et qualité du réglage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6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09/10/2026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S06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Lisibilité et association de polices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7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16/10/2026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S07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Césures et orthotypographie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8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06/11/2026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S08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Styles, cohérence et transgression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9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13/11/2026</w:t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S09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Longueur de ligne et alignements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10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20/11/2026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S10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Hiérarchie et rôle du blanc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11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27/11/2026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P1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>
              <w:t>EI1</w:t>
            </w:r>
            <w:r>
              <w:rPr>
                <w:rFonts w:ascii="Calibri" w:hAnsi="Calibri"/>
                <w:b/>
                <w:i w:val="0"/>
                <w:color w:val="A51E2A"/>
                <w:sz w:val="16"/>
              </w:rPr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intégrative 1 - Faire lire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Évaluation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12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27/11/2026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S11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Contexte, contraintes et méthode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13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14/12/2026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Q1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>
              <w:t>UQ4 - Typographie</w:t>
            </w: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Qualification</w:t>
            </w:r>
          </w:p>
        </w:tc>
      </w:tr>
    </w:tbl>
    <w:p>
      <w:r>
        <w:br w:type="page"/>
      </w:r>
    </w:p>
    <w:p>
      <w:pPr>
        <w:keepNext w:val="0"/>
        <w:spacing w:before="0" w:after="6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Calendrier des préparations - 2/2</w:t>
      </w:r>
    </w:p>
    <w:p>
      <w:pPr>
        <w:keepNext w:val="0"/>
        <w:spacing w:before="0" w:after="120" w:line="259" w:lineRule="auto"/>
        <w:jc w:val="left"/>
      </w:pPr>
      <w:r>
        <w:rPr>
          <w:rFonts w:ascii="Calibri" w:hAnsi="Calibri"/>
          <w:b w:val="0"/>
          <w:i/>
          <w:color w:val="686868"/>
          <w:sz w:val="18"/>
        </w:rPr>
        <w:t>25 fiches thématiques : suivre les dates actualisées. Les périodes de réserve et les congés restent dans la planification annuelle séparée.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1000"/>
        <w:gridCol w:w="1450"/>
        <w:gridCol w:w="1700"/>
        <w:gridCol w:w="1050"/>
        <w:gridCol w:w="8300"/>
        <w:gridCol w:w="1788"/>
      </w:tblGrid>
      <w:tr>
        <w:trPr>
          <w:tblHeader w:val="true"/>
        </w:trP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Sem.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Pér.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Code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Leçon / mission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Type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14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08/01/2027</w:t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S12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Équilibre, rythme et contraste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15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15/01/2027</w:t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S13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Grilles, colonnes et modules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16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22/01/2027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S14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Format, texte-image et circulation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17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29/01/2027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S15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Méthode de composition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18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05/02/2027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S16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Échelle et fragmentation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19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12/02/2027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S17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Lisibilité, rythme et superposition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20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19/02/2027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S18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Avant-gardes, mouvement et accident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21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12/03/2027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P2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>
              <w:t>EI2</w:t>
            </w:r>
            <w:r>
              <w:rPr>
                <w:rFonts w:ascii="Calibri" w:hAnsi="Calibri"/>
                <w:b/>
                <w:i w:val="0"/>
                <w:color w:val="A51E2A"/>
                <w:sz w:val="16"/>
              </w:rPr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intégrative 2 - Situer et organiser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Évaluation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22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12/03/2027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S19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Recherche, abstraction et contrainte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23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16/04/2027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S20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Synthèse et projet expérimental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24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11/06/2027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>
              <w:t>EI3</w:t>
            </w:r>
            <w:r>
              <w:rPr>
                <w:rFonts w:ascii="Calibri" w:hAnsi="Calibri"/>
                <w:b/>
                <w:i w:val="0"/>
                <w:color w:val="A51E2A"/>
                <w:sz w:val="16"/>
              </w:rPr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intégrative 3 - Exprimer et convaincre</w:t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Évaluation</w:t>
            </w:r>
          </w:p>
        </w:tc>
      </w:tr>
      <w:tr>
        <w:tc>
          <w:tcPr>
            <w:tcW w:type="dxa" w:w="10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r>
              <w:t>25</w:t>
            </w:r>
          </w:p>
        </w:tc>
        <w:tc>
          <w:tcPr>
            <w:tcW w:type="dxa" w:w="14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18/05/2027*</w:t>
            </w: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</w:r>
          </w:p>
        </w:tc>
        <w:tc>
          <w:tcPr>
            <w:tcW w:type="dxa" w:w="1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P3</w:t>
            </w:r>
          </w:p>
        </w:tc>
        <w:tc>
          <w:tcPr>
            <w:tcW w:type="dxa" w:w="10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Q2</w:t>
            </w:r>
          </w:p>
        </w:tc>
        <w:tc>
          <w:tcPr>
            <w:tcW w:type="dxa" w:w="8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>
              <w:t>UQ5 - Typographie</w:t>
            </w: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</w:r>
          </w:p>
        </w:tc>
        <w:tc>
          <w:tcPr>
            <w:tcW w:type="dxa" w:w="17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Qualification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01  |  11/09/2026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01 - Période 1 - S01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02  |  CHAPITRE 1 - CHOIX ET FONCTION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Définir le problème de communication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une police adéquate dans un esprit de cohérence et relier la forme au message.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Définir le problème de communication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Que faut-il savoir avant de créer l'affiche NOCTURNE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Message, public et action attendue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Support, contraintes et ton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Reformulation du problème avant le choix formel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message, public et action attendue.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mini-brief typographique complet.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Mini-brief typographique complet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Que faut-il savoir avant de créer l'affiche NOCTURNE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mini-brief typographique complet.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O2 et O1, repères 16, 39 et 43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02  |  04/09/2026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Définir le problème de communication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Que faut-il savoir avant de créer l'affiche NOCTURNE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message, public et action attendue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Construire un mini-brief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mini-brief typographique complet,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Message, public et action attendue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mini-brief typographique complet.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02 : « Définir le problème de communication » et exercice « Construire un mini-brief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O2 et O1, repères 16, 39 et 43.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03  |  09/10/2026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02 - Période 1 - S02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01  |  CHAPITRE 1 - CHOIX ET FONCTION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Choisir selon la fonction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une police adéquate dans un esprit de cohérence et relier la forme au message.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Choisir selon la fonction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Quelle police convient le mieux à une alerte, un événement et un texte à lire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Fonction du texte et contexte de lecture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Message, public, support et distance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Pertinence d'un choix plutôt que préférence personnelle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fonction du texte et contexte de lecture.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tableau de trois choix typographiques justifiés selon leur fonction.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Observer attentivement une forme et exprimer une différence visible.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Tableau de trois choix typographiques justifiés selon leur fonction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Quelle police convient le mieux à une alerte, un événement et un texte à lire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tableau de trois choix typographiques justifiés selon leur fonction.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O2 et O1, repères 16, 17 et 39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01  |  11/09/2026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Choisir selon la fonction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Quelle police convient le mieux à une alerte, un événement et un texte à lire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fonction du texte et contexte de lecture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Une police, trois usages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tableau de trois choix typographiques justifiés selon leur fonction,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Fonction du texte et contexte de lecture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tableau de trois choix typographiques justifiés selon leur fonction.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01 : « Choisir selon la fonction » et exercice « Une police, trois usages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O2 et O1, repères 16, 17 et 39.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02  |  04/09/2026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03 - Période 1 - S03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05  |  CHAPITRE 1 - CHOIX ET FONCTION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Mise en pratique du choix : logo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Mesurer les exigences requises par l'efficacité des logos.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Mise en pratique du choix : logo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Comment garder le mot NOVA lisible quand le logo devient petit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Lisibilité, identification et distinction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Réduction, agrandissement et changement de support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Choix de caractère adapté à l'efficacité d'un logo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lisibilité, identification et distinction.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logotype testé à plusieurs tailles.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Logotype testé à plusieurs tailles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Comment garder le mot NOVA lisible quand le logo devient petit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logotype testé à plusieurs tailles.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O2 et O1, repères 29, 39 et 67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05  |  18/09/2026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Mise en pratique du choix : logo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Comment garder le mot NOVA lisible quand le logo devient petit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lisibilité, identification et distinction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Un logo qui résiste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logotype testé à plusieurs tailles,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Lisibilité, identification et distinction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logotype testé à plusieurs tailles.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05 : « Mise en pratique du choix : logo » et exercice « Un logo qui résiste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O2 et O1, repères 29, 39 et 67.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06  |  02/10/2026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04 - Période 1 - S04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07  |  CHAPITRE 2 - RÉGLER ET CORRIGER LE TEXTE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Interlignage, crénage et approche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8.4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La mise en forme typographique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Régler les différents paramètres formels affectant un texte.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4.2.2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Régler les paramètres du texte : espacements, césures.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Interlignage, crénage et approche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Quels espaces faut-il corriger pour rendre l'exemple plus régulier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Interlignage entre lignes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Crénage entre paires et approche globale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Rythme et couleur typographique d'un bloc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interlignage entre lignes.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avant-après annoté des réglages d'espacement.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Avant-après annoté des réglages d'espacement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Quels espaces faut-il corriger pour rendre l'exemple plus régulier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avant-après annoté des réglages d'espacement.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repères 18, 20 et 69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07  |  25/09/2026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Interlignage, crénage et approche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Quels espaces faut-il corriger pour rendre l'exemple plus régulier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interlignage entre lignes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Réparer les espaces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avant-après annoté des réglages d'espacement,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Interlignage entre lignes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avant-après annoté des réglages d'espacement.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07 : « Interlignage, crénage et approche » et exercice « Réparer les espaces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repères 18, 20 et 69.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08  |  27/11/2026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05 - Période 1 - S05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06  |  CHAPITRE 2 - RÉGLER ET CORRIGER LE TEXTE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Corps et qualité du réglage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8.4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La mise en forme typographique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Régler les différents paramètres formels affectant un texte.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4.2.2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Régler les paramètres du texte : espacements, césures.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/>
                <w:color w:val="686868"/>
                <w:sz w:val="17"/>
              </w:rPr>
              <w:t>Compétence préparée dans cette fiche ; validation complète dans une mise en page finalisée.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Corps et qualité du réglage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Deux textes au même corps paraissent-ils toujours aussi grands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Corps nominal et taille optique perçue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Hauteur d'x, dessin de la police et distance de lecture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Choix du corps selon la fonction du texte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corps nominal et taille optique perçue.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comparatif de taille perçue et réglage retenu.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Comparatif de taille perçue et réglage retenu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Deux textes au même corps paraissent-ils toujours aussi grands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comparatif de taille perçue et réglage retenu.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repères 29 et 40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06  |  02/10/2026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Corps et qualité du réglage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Deux textes au même corps paraissent-ils toujours aussi grands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corps nominal et taille optique perçue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Même corps, même taille ?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comparatif de taille perçue et réglage retenu,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Corps nominal et taille optique perçue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comparatif de taille perçue et réglage retenu.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06 : « Corps et qualité du réglage » et exercice « Même corps, même taille ?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repères 29 et 40.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07  |  25/09/2026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06 - Période 1 - S06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03  |  CHAPITRE 1 - CHOIX ET FONCTION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Lisibilité et association de polices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une police adéquate dans un esprit de cohérence et relier la forme au message.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Lisibilité et association de polices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Quel duo rend le titre et le texte le plus faciles à distinguer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Association par parenté ou contraste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Rôle distinct du titre et du texte courant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Hiérarchie, compatibilité et limite de deux familles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association par parenté ou contraste.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duo de polices avec rôles, contraste et test de lisibilité.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Duo de polices avec rôles, contraste et test de lisibilité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Quel duo rend le titre et le texte le plus faciles à distinguer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duo de polices avec rôles, contraste et test de lisibilité.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O2 et O1, repères 17, 38 et 40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03  |  09/10/2026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Lisibilité et association de polices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Quel duo rend le titre et le texte le plus faciles à distinguer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association par parenté ou contraste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Associer deux polices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duo de polices avec rôles, contraste et test de lisibilité,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Association par parenté ou contraste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duo de polices avec rôles, contraste et test de lisibilité.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03 : « Lisibilité et association de polices » et exercice « Associer deux polices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O2 et O1, repères 17, 38 et 40.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04  |  27/11/2026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07 - Période 1 - S07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10  |  CHAPITRE 2 - RÉGLER ET CORRIGER LE TEXTE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Césures et orthotypographie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8.5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conventions d'écriture et de correction typographique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Appliquer avec naturel les règles typographiques relatives aux éléments particuliers du texte.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4.2.2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Régler les paramètres du texte : espacements, césures.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4.2.3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les règles d'écriture.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Césures et orthotypographie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Peux-tu corriger la phrase et la coupure du mot atelier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Césures correctes et coupures à éviter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Espaces, ponctuation et conventions françaises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Veuves, orphelines et continuité de lecture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césures correctes et coupures à éviter.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texte corrigé avec justification des conventions appliquées.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Texte corrigé avec justification des conventions appliquées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Peux-tu corriger la phrase et la coupure du mot atelier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texte corrigé avec justification des conventions appliquées.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repères 50, 51 et 69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10  |  16/10/2026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Césures et orthotypographie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Peux-tu corriger la phrase et la coupure du mot atelier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césures correctes et coupures à éviter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Corriger une phrase et une césure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texte corrigé avec justification des conventions appliquées,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Césures correctes et coupures à éviter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texte corrigé avec justification des conventions appliquées.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09 : « Césures et orthotypographie » et exercice « Corriger une phrase et une césure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repères 50, 51 et 69.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11  |  06/11/2026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08 - Période 2 - S08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11  |  CHAPITRE 2 - RÉGLER ET CORRIGER LE TEXTE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Styles, cohérence et transgression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8.5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conventions d'écriture et de correction typographique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User de vigilance face aux particularités et consulter les ouvrages spécialisés.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4.2.3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les règles d'écriture.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Styles, cohérence et transgression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La version expressive reste-t-elle assez claire pour une invitation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Règle comprise avant tout écart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Transgression motivée par un effet précis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Cohérence, clarté et capacité à expliquer la décision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règle comprise avant tout écart.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version normative et version expressive comparées.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normative et version expressive comparées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La version expressive reste-t-elle assez claire pour une invitation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version normative et version expressive comparées.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repères 31, 34 et 69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11  |  06/11/2026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Styles, cohérence et transgression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La version expressive reste-t-elle assez claire pour une invitation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règle comprise avant tout écart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Transgresser une règle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version normative et version expressive comparées,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Règle comprise avant tout écart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version normative et version expressive comparées.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10 : « Styles, cohérence et transgression » et exercice « Transgresser une règle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repères 31, 34 et 69.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12  |  20/11/2026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09 - Période 2 - S09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09  |  CHAPITRE 2 - RÉGLER ET CORRIGER LE TEXTE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Longueur de ligne et alignements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8.4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La mise en forme typographique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Régler les différents paramètres formels affectant un texte.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4.2.2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Régler les paramètres du texte : espacements, césures.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/>
                <w:color w:val="686868"/>
                <w:sz w:val="17"/>
              </w:rPr>
              <w:t>Compétence préparée dans cette fiche ; validation complète dans une mise en page finalisée.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Longueur de ligne et alignements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Quelle largeur de colonne convient le mieux à une petite brochure A5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Longueur de ligne et confort de lecture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Alignements, drapeau et justification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Régularité du gris typographique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longueur de ligne et confort de lecture.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trois colonnes comparées et une largeur justifiée.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Trois colonnes comparées et une largeur justifiée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Quelle largeur de colonne convient le mieux à une petite brochure A5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trois colonnes comparées et une largeur justifiée.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repères 40, 43 et 46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09  |  13/11/2026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Longueur de ligne et alignements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Quelle largeur de colonne convient le mieux à une petite brochure A5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longueur de ligne et confort de lecture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Trouver la bonne longueur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trois colonnes comparées et une largeur justifiée,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Longueur de ligne et confort de lecture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trois colonnes comparées et une largeur justifiée.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08 : « Longueur de ligne et alignements » et exercice « Trouver la bonne longueur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repères 40, 43 et 46.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10  |  16/10/2026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10 - Période 2 - S10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12  |  CHAPITRE 3 - COMPOSER ET METTRE EN PAGE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Hiérarchie et rôle du blanc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8.2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éléments de la communication visuelle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Sérier les éléments constitutifs des messages visuels.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4.3.1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méthode de création avec le logiciel de mise en page.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/>
                <w:color w:val="686868"/>
                <w:sz w:val="17"/>
              </w:rPr>
              <w:t>Compétence préparée dans cette fiche ; validation complète dans une mise en page finalisée.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Hiérarchie et rôle du blanc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Comment rendre sept informations faciles à parcourir sans tout agrandir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Ordre de lecture et niveaux d'information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Taille, graisse, position et espacement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Blanc actif, regroupement et séparation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ordre de lecture et niveaux d'information.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croquis hiérarchisé utilisant le blanc comme outil actif.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Croquis hiérarchisé utilisant le blanc comme outil actif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Comment rendre sept informations faciles à parcourir sans tout agrandir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croquis hiérarchisé utilisant le blanc comme outil actif.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 et O3, repères 34, 42 et 43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12  |  20/11/2026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Hiérarchie et rôle du blanc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Comment rendre sept informations faciles à parcourir sans tout agrandir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ordre de lecture et niveaux d'information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Hiérarchiser avec le blanc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croquis hiérarchisé utilisant le blanc comme outil actif,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Ordre de lecture et niveaux d'information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croquis hiérarchisé utilisant le blanc comme outil actif.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11 : « Hiérarchie et rôle du blanc » et exercice « Hiérarchiser avec le blanc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 et O3, repères 34, 42 et 43.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13  |  14/12/2026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11 - Période 1 - EI1</w:t>
            </w:r>
            <w:r>
              <w:rPr>
                <w:rFonts w:ascii="Calibri" w:hAnsi="Calibri"/>
                <w:b/>
                <w:i w:val="0"/>
                <w:color w:val="242424"/>
                <w:sz w:val="17"/>
              </w:rPr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08  |  ÉVALUATION INTÉGRATIVE - PÉRIODE 1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Évaluation intégrative 1 - Faire lire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8.2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éléments de la communication visuelle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8.4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La mise en forme typographique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Mobiliser de manière intégrée les acquis de la période dans une communication visuelle finalisée.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+ 4.2.2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Compétences observées au niveau attendu de la classe.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Appliquer la classification internationale des caractères et les caractéristiques spécifiques des familles de polices.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Régler les paramètres du texte : espacements, césures.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Faire lire : une affiche scolaire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Situation : Portes ouvertes de l'atelier d'infographie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Compréhension du brief, public et action attendue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Choix typographiques, hiérarchie et composition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Tests, corrections, justification et autoévaluation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Permettre au public de comprendre en cinq secondes ce qui se passe, où, quand et pour qui.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Rendre observables les acquis de la période dans une production complète.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Analyser sa démarche et justifier les décisions visibles.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Avoir mené les séquences et complété le carnet de progression de la période.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Disposer des croquis, essais, choix typographiques, plan de composition et tests.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Connaître les règles d'autonomie et les cinq critères notés sur 4.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Affiche A3 finalisée et dossier de recherche complété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Fichier source organisé ou original papier protégé, export / photographie, justification et autoévaluation.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consacrée à la finalisation, aux contrôles et à la remise. Le projet a été construit progressivement pendant la période.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Relire le brief et la liste des éléments à remettre.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Finaliser sans effacer les traces de recherche utiles.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Tester la lecture, corriger une faiblesse et conserver la preuve du changement.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Remettre l'affiche, le dossier, les fichiers / originaux et l'autoévaluation.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Respecter l'autonomie : demander une clarification de consigne, jamais une solution graphique.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08  |  27/11/2026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Évaluation intégrative 1 - Faire lire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Dossier E de la période, brief, grilles et autoévaluation.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Production A3, recherches, croquis, tests et justificatifs.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Selon modalité : matériel manuel complet ou ordinateur, logiciels, polices autorisées et export PDF.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 en situation d'évaluation.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papier, numérique ou mixte ; mêmes compétences et même note sur 20.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Accueil, présences, installation, vérification du matériel et rappel du cadre d'évaluation.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ouvrir le dossier de recherche et vérifier les éléments à remettre.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/ rappel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Rappeler le brief, les cinq critères, l'équivalence papier-numérique et les règles d'autonomie.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Reformuler la mission et signaler uniquement un problème matériel ou de compréhension.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 évaluée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Observer sans fournir la solution ; noter les indicateurs ; garantir le temps et l'équité.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Finaliser, tester, corriger, justifier et préparer la remise de la production et du dossier.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Organiser la remise, vérifier les fichiers / originaux et distribuer l'autoévaluation.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Remettre, sauvegarder, compléter l'autoévaluation et ranger le poste.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le message et le public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et identifier les caractères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Rendre la lecture claire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Composer et réaliser avec soin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Chercher, tester et justifier - niveau 0 à 4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sommative sur 20 : cinq critères pondérés chacun sur 4.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Lecture de la ligne correspondant à la classe ; le choix papier ou numérique ne modifie pas les indicateurs.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Commentaire final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 - Évaluations intégratives typographie, évaluation intégrative - période 1.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 : séquences de la période et exercices correspondants.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O1 - Banque de savoirs typographiques ; O2 - Choisir et associer les polices ; O3 - Lire l'affiche.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09  |  13/11/2026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12 - Période 2 - S11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04  |  CHAPITRE 1 - CHOIX ET FONCTION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Contexte, contraintes et méthode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une police adéquate dans un esprit de cohérence et relier la forme au message.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Contexte, contraintes et méthode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Quelle direction choisir pour une affiche d'évacuation dans un centre culturel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Contraintes comme critères de sélection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Comparaison de plusieurs directions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Lisibilité, connotation, cohérence et méthode de décision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contraintes comme critères de sélection.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comparatif de directions et décision sous contraintes.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Comparatif de directions et décision sous contraintes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Quelle direction choisir pour une affiche d'évacuation dans un centre culturel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comparatif de directions et décision sous contraintes.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O2 et O1, repères 39, 42 et 43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1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04  |  27/11/2026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Contexte, contraintes et méthode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Quelle direction choisir pour une affiche d'évacuation dans un centre culturel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contraintes comme critères de sélection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Choisir avec des contraintes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comparatif de directions et décision sous contraintes,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Contraintes comme critères de sélection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comparatif de directions et décision sous contraintes.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04 : « Contexte, contraintes et méthode » et exercice « Choisir avec des contraintes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O2 et O1, repères 39, 42 et 43.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05  |  18/09/2026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13 - Période 2 - Q1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13  |  QUALIFICATION - UQ4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UQ4 - Typographie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Intégration des acquis de typographie dans le projet commun PEQ.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partie Typographie ne crée pas un second sujet : elle rend visibles les décisions et compétences mobilisées.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4.1.1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Utiliser le clavier principal et le clavier numérique avec efficacité.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4.1.2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Gérer et imprimer les fichiers.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4.2.2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Régler les paramètres du texte : espacements, césures.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4.2.3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les règles d'écriture.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4.3.1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méthode de création avec le logiciel de mise en page.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4.3.2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Transférer un document du logiciel de traitement de texte au logiciel de mise en page.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Construire un système typographique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Coordonner textes, styles, blocs et fichiers dans tous les supports demandés.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Lecture du cahier des charges et hiérarchie des contraintes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Démarche, essais, erreurs utiles, corrections et justification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Preuves reliées à la production commune et aux autres cours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Coordonner textes, styles, blocs et fichiers dans tous les supports demandés.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Rendre chaque compétence observable par une preuve identifiée.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Travailler au niveau d'autonomie attendu : autonomie contrôlée.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Disposer du cahier des charges commun, des textes et des productions attendues.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Avoir organisé un carnet de preuves et un dossier de fichiers retrouvables.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Connaître les indicateurs A / NA et les règles de passation.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Carnet de preuves : analyse, système de caractères, transfert, trois styles, réglages, conventions, versions, corrections et liens avec les autres cours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Références précises aux pages ou fichiers permettant au jury de vérifier les compétences.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d'observation et de collecte de 50 minutes dans un processus PEQ plus long. La date est prévisionnelle et dépend du calendrier commun.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Relire le cahier des charges et isoler les contraintes typographiques.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Planifier les preuves à produire ou à finaliser pendant la séance.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Travailler directement dans la production commune et conserver les essais utiles.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Contrôler, corriger et expliquer une décision ou un échec fécond.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Remettre / enregistrer le carnet et citer la page de chaque preuve observée.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13  |  14/12/2026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UQ4 - Typographie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Cahier des charges commun, dossier Q et carnet de preuves.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Production en cours, fichiers sources, versions, polices, épreuves imprimées ou exports.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Grilles A / NA, fiche de liaison et matériel demandé par la coordination.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 intégré au projet commun.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Niveau d'autonomie : Autonomie contrôlée ; l'enseignant garantit le cadre et observe sans fournir la solution.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Accueil, présences, installation et rappel du lien avec le projet commun.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Installer le projet, le cahier des charges et le carnet de preuves.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/ protocole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Rappeler les compétences observées, les preuves attendues, le niveau d'autonomie et le protocole A / NA.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Repérer les preuves à produire et planifier l'ordre des actions.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 qualifiante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30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Garantir les conditions de passation, observer les indicateurs et consigner les preuves sans donner de solution graphique.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Produire, contrôler et documenter les preuves directement reliées à la production commune.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Sécuriser la remise, relever les preuves manquantes et annoncer la suite du processus PEQ.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Enregistrer / remettre, citer les pages de preuve et ranger le poste.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4.1.1 - Utiliser le clavier principal et le clavier numérique avec efficacité.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4.1.2 - Gérer et imprimer les fichiers.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4.2.1 - Appliquer la classification internationale des caractères et les caractéristiques spécifiques des familles de polices.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4.2.2 - Régler les paramètres du texte : espacements, césures.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4.2.3 - Appliquer les règles d'écriture.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4.3.1 - Appliquer la méthode de création avec le logiciel de mise en page.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4.3.2 - Transférer un document du logiciel de traitement de texte au logiciel de mise en page. - A / NA, preuve citée.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par compétences : acquis / non acquis pour chaque CM, avec indicateurs et page de preuve.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Observation du processus et du résultat ; aucune compensation arithmétique ne remplace une compétence non démontrée.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Synthèse transmise à l'équipe et au jury avec les autres composantes du PEQ.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Q - Consignes des unités de qualification UQ2 à UQ5, qualification - UQ4.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 et outils O1, O2, O3 selon les preuves mobilisées.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Cahier des charges commun, consignes de la coordination PEQ et production interdisciplinaire.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14  |  08/01/2027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14 - Période 2 - S12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14  |  CHAPITRE 3 - COMPOSER ET METTRE EN PAGE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Équilibre, rythme et contraste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8.2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éléments de la communication visuelle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Apprécier les relations de convergence entre les structures visuelles et le contenu.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4.3.1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méthode de création avec le logiciel de mise en page.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/>
                <w:color w:val="686868"/>
                <w:sz w:val="17"/>
              </w:rPr>
              <w:t>Compétence préparée dans cette fiche ; validation complète dans une mise en page finalisée.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Équilibre, rythme et contraste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Peux-tu organiser les mêmes cinq blocs de deux façons différentes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Équilibre statique et dynamique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Tension, répétition, contraste et masses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Rythme de lecture et occupation de la surface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équilibre statique et dynamique.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deux compositions équilibrées aux intentions distinctes.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Deux compositions équilibrées aux intentions distinctes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Peux-tu organiser les mêmes cinq blocs de deux façons différentes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deux compositions équilibrées aux intentions distinctes.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 et O3, repères 34, 56 et 60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14  |  08/01/2027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Équilibre, rythme et contraste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Peux-tu organiser les mêmes cinq blocs de deux façons différentes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équilibre statique et dynamique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Deux équilibres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deux compositions équilibrées aux intentions distinctes,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Équilibre statique et dynamique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deux compositions équilibrées aux intentions distinctes.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12 : « Équilibre, rythme et contraste » et exercice « Deux équilibres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 et O3, repères 34, 56 et 60.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15  |  15/01/2027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15 - Période 2 - S13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15  |  CHAPITRE 3 - COMPOSER ET METTRE EN PAGE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Grilles, colonnes et modules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8.4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La mise en forme typographique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Assurer la cohérence des moyens employés au sein d'une page ou d'un lay-out.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4.3.1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méthode de création avec le logiciel de mise en page.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/>
                <w:color w:val="686868"/>
                <w:sz w:val="17"/>
              </w:rPr>
              <w:t>Compétence préparée dans cette fiche ; validation complète dans une mise en page finalisée.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Grilles, colonnes et modules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Comment une grille peut-elle guider deux compositions différentes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Colonnes, gouttières, modules et marges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Alignements communs et cohérence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Grille comme système souple de décision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colonnes, gouttières, modules et marges.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grille construite et deux mises en page cohérentes.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Grille construite et deux mises en page cohérentes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Comment une grille peut-elle guider deux compositions différentes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grille construite et deux mises en page cohérentes.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 et O3, repères 42, 62 et 66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15  |  15/01/2027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Grilles, colonnes et modules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Comment une grille peut-elle guider deux compositions différentes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colonnes, gouttières, modules et marges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Une grille, deux pages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grille construite et deux mises en page cohérentes,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Colonnes, gouttières, modules et marges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grille construite et deux mises en page cohérentes.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13 : « Grilles, colonnes et modules » et exercice « Une grille, deux pages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 et O3, repères 42, 62 et 66.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16  |  12/03/2027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16 - Période 3 - S14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17  |  CHAPITRE 3 - COMPOSER ET METTRE EN PAGE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Format, texte-image et circulation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8.2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éléments de la communication visuelle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Expliciter les intentions et les options du graphiste en référence aux structures observées.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4.3.1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méthode de création avec le logiciel de mise en page.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/>
                <w:color w:val="686868"/>
                <w:sz w:val="17"/>
              </w:rPr>
              <w:t>Compétence préparée dans cette fiche ; validation complète dans une mise en page finalisée.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Format, texte-image et circulation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Comment le même titre circule-t-il dans un portrait, un carré et un paysage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Format et rapports de proportion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Relation texte-image et direction du regard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Adaptation de la longueur des lignes et des masses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format et rapports de proportion.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trois adaptations de format avec circulation commentée.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Trois adaptations de format avec circulation commentée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Comment le même titre circule-t-il dans un portrait, un carré et un paysage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trois adaptations de format avec circulation commentée.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 et O3, repères 41, 49 et 51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6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17  |  22/01/2027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Format, texte-image et circulation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Comment le même titre circule-t-il dans un portrait, un carré et un paysage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format et rapports de proportion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Trois formats, un contenu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trois adaptations de format avec circulation commentée,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Format et rapports de proportion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trois adaptations de format avec circulation commentée.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14 : « Format, texte-image et circulation » et exercice « Trois formats, un contenu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 et O3, repères 41, 49 et 51.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18  |  29/01/2027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17 - Période 3 - S15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18  |  CHAPITRE 3 - COMPOSER ET METTRE EN PAGE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Méthode de composition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8.4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La mise en forme typographique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Assurer la cohérence des moyens employés au sein d'une page ou d'un lay-out.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4.3.1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méthode de création avec le logiciel de mise en page.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/>
                <w:color w:val="686868"/>
                <w:sz w:val="17"/>
              </w:rPr>
              <w:t>Compétence préparée dans cette fiche ; validation complète dans une mise en page finalisée.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Méthode de composition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Peux-tu organiser les informations du festival, puis enlever ce qui est inutile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Analyser, hiérarchiser et placer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Vérifier la circulation, les alignements et le rythme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Simplifier et économiser les moyens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analyser, hiérarchiser et placer.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composition finalisée accompagnée d'un avant-après.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Composition finalisée accompagnée d'un avant-après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Peux-tu organiser les informations du festival, puis enlever ce qui est inutile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composition finalisée accompagnée d'un avant-après.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 et O3, repères 42, 55 et 68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7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18  |  29/01/2027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Méthode de composition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Peux-tu organiser les informations du festival, puis enlever ce qui est inutile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analyser, hiérarchiser et placer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Composer puis simplifier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composition finalisée accompagnée d'un avant-après,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Analyser, hiérarchiser et placer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composition finalisée accompagnée d'un avant-après.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15 : « Méthode de composition » et exercice « Composer puis simplifier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 et O3, repères 42, 55 et 68.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19  |  05/02/2027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18 - Période 3 - S16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19  |  CHAPITRE 4 - RECHERCHE TYPOGRAPHIQUE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Échelle et fragmentation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une police adéquate dans un esprit de cohérence et relier la forme au message.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Échelle et fragmentation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Une lettre reste-t-elle reconnaissable quand elle devient très grande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Changement d'échelle et perception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Recadrage, fragmentation et silhouette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Seuil entre lisibilité et image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changement d'échelle et perception.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trois cadrages d'une lettre avec intention expliquée.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Trois cadrages d'une lettre avec intention expliquée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Une lettre reste-t-elle reconnaissable quand elle devient très grande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trois cadrages d'une lettre avec intention expliquée.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O2 et O1, repères 31 à 33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8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19  |  05/02/2027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Échelle et fragmentation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Une lettre reste-t-elle reconnaissable quand elle devient très grande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changement d'échelle et perception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De la lettre à l'image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trois cadrages d'une lettre avec intention expliquée,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Changement d'échelle et perception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trois cadrages d'une lettre avec intention expliquée.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16 : « Échelle et fragmentation » et exercice « De la lettre à l'image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O2 et O1, repères 31 à 33.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20  |  12/02/2027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19 - Période 3 - S17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20  |  CHAPITRE 4 - RECHERCHE TYPOGRAPHIQUE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Lisibilité, rythme et superposition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une police adéquate dans un esprit de cohérence et relier la forme au message.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Lisibilité, rythme et superposition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Comment répéter ÉCHO jusqu'à créer une texture tout en gardant un point lisible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Répétition et rythme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Superposition, recadrage et profondeur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Maintien d'un point de lecture identifiable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répétition et rythme.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texture typographique conservant un point d'ancrage lisible.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Texture typographique conservant un point d'ancrage lisible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Comment répéter ÉCHO jusqu'à créer une texture tout en gardant un point lisible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texture typographique conservant un point d'ancrage lisible.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O2 et O1, repères 31, 34 et 35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9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20  |  12/02/2027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Lisibilité, rythme et superposition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Comment répéter ÉCHO jusqu'à créer une texture tout en gardant un point lisible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répétition et rythme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Du mot à la texture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texture typographique conservant un point d'ancrage lisible,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Répétition et rythme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texture typographique conservant un point d'ancrage lisible.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17 : « Lisibilité, rythme et superposition » et exercice « Du mot à la texture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O2 et O1, repères 31, 34 et 35.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21  |  19/02/2027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20 - Période 3 - S18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21  |  CHAPITRE 4 - RECHERCHE TYPOGRAPHIQUE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Avant-gardes, mouvement et accident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une police adéquate dans un esprit de cohérence et relier la forme au message.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Avant-gardes, mouvement et accident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Comment faire sentir une CHUTE sans utiliser d'image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Repères des avant-gardes typographiques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Mouvement par orientation, espace, échelle et progression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Accident contrôlé et effet perceptible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repères des avant-gardes typographiques.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composition typographique donnant une sensation de mouvement.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Composition typographique donnant une sensation de mouvement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Comment faire sentir une CHUTE sans utiliser d'image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composition typographique donnant une sensation de mouvement.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O2 et O1, repères 27, 31 et 60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0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21  |  19/02/2027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Avant-gardes, mouvement et accident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Comment faire sentir une CHUTE sans utiliser d'image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repères des avant-gardes typographiques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Faire bouger un mot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composition typographique donnant une sensation de mouvement,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Repères des avant-gardes typographiques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composition typographique donnant une sensation de mouvement.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18 : « Avant-gardes, mouvement et accident » et exercice « Faire bouger un mot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O2 et O1, repères 27, 31 et 60.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22  |  12/03/2027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21 - Période 2 - EI2</w:t>
            </w:r>
            <w:r>
              <w:rPr>
                <w:rFonts w:ascii="Calibri" w:hAnsi="Calibri"/>
                <w:b/>
                <w:i w:val="0"/>
                <w:color w:val="242424"/>
                <w:sz w:val="17"/>
              </w:rPr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16  |  ÉVALUATION INTÉGRATIVE - PÉRIODE 2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Évaluation intégrative 2 - Situer et organiser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8.2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éléments de la communication visuelle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8.4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La mise en forme typographique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8.5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conventions d'écriture et de correction typographique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Mobiliser de manière intégrée les acquis de la période dans une communication visuelle finalisée.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à 4.2.3 CM - préparation 4.3.1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Compétences observées au niveau attendu de la classe.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Appliquer la classification internationale des caractères et les caractéristiques spécifiques des familles de polices.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Régler les paramètres du texte : espacements, césures.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Appliquer les règles d'écriture.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Appliquer la méthode de création avec le logiciel de mise en page.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Situer et organiser : une affiche culturelle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Situation : Exposition TYPOGRAPHIES EN MOUVEMENT - De Gutenberg au numérique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Compréhension du brief, public et action attendue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Choix typographiques, hiérarchie et composition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Tests, corrections, justification et autoévaluation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Évoquer un héritage historique dans une affiche actuelle, structurée et facile à lire.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Rendre observables les acquis de la période dans une production complète.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Analyser sa démarche et justifier les décisions visibles.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Avoir mené les séquences et complété le carnet de progression de la période.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Disposer des croquis, essais, choix typographiques, plan de composition et tests.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Connaître les règles d'autonomie et les cinq critères notés sur 4.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Affiche A3 finalisée et dossier de recherche complété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Fichier source organisé ou original papier protégé, export / photographie, justification et autoévaluation.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consacrée à la finalisation, aux contrôles et à la remise. Le projet a été construit progressivement pendant la période.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Relire le brief et la liste des éléments à remettre.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Finaliser sans effacer les traces de recherche utiles.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Tester la lecture, corriger une faiblesse et conserver la preuve du changement.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Remettre l'affiche, le dossier, les fichiers / originaux et l'autoévaluation.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25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Respecter l'autonomie : demander une clarification de consigne, jamais une solution graphique.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16  |  12/03/2027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Évaluation intégrative 2 - Situer et organiser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Dossier E de la période, brief, grilles et autoévaluation.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Production A3, recherches, croquis, tests et justificatifs.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Selon modalité : matériel manuel complet ou ordinateur, logiciels, polices autorisées et export PDF.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 en situation d'évaluation.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papier, numérique ou mixte ; mêmes compétences et même note sur 20.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Accueil, présences, installation, vérification du matériel et rappel du cadre d'évaluation.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ouvrir le dossier de recherche et vérifier les éléments à remettre.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/ rappel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Rappeler le brief, les cinq critères, l'équivalence papier-numérique et les règles d'autonomie.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Reformuler la mission et signaler uniquement un problème matériel ou de compréhension.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 évaluée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Observer sans fournir la solution ; noter les indicateurs ; garantir le temps et l'équité.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Finaliser, tester, corriger, justifier et préparer la remise de la production et du dossier.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Organiser la remise, vérifier les fichiers / originaux et distribuer l'autoévaluation.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Remettre, sauvegarder, compléter l'autoévaluation et ranger le poste.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situer le message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et associer les caractères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Structurer la page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Régler et corriger le texte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Documenter, tester et justifier - niveau 0 à 4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sommative sur 20 : cinq critères pondérés chacun sur 4.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Lecture de la ligne correspondant à la classe ; le choix papier ou numérique ne modifie pas les indicateurs.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Commentaire final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 - Évaluations intégratives typographie, évaluation intégrative - période 2.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 : séquences de la période et exercices correspondants.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O1 - Banque de savoirs typographiques ; O2 - Choisir et associer les polices ; O3 - Lire l'affiche.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17  |  22/01/2027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22 - Période 3 - S19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22  |  CHAPITRE 4 - RECHERCHE TYPOGRAPHIQUE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Recherche, abstraction et contrainte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une police adéquate dans un esprit de cohérence et relier la forme au message.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Recherche, abstraction et contrainte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Que peux-tu inventer avec une lettre, huit modules maximum et deux couleurs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Contrainte comme moteur de recherche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Module, répétition, abstraction et série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Sélection d'un accident productif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contrainte comme moteur de recherche.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série de trois variations sous une contrainte commune.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Série de trois variations sous une contrainte commune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Que peux-tu inventer avec une lettre, huit modules maximum et deux couleurs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série de trois variations sous une contrainte commune.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O2 et O1, repères 32, 62 et 64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1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22  |  12/03/2027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Recherche, abstraction et contrainte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Que peux-tu inventer avec une lettre, huit modules maximum et deux couleurs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contrainte comme moteur de recherche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Une règle, trois variations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série de trois variations sous une contrainte commune,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Contrainte comme moteur de recherche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série de trois variations sous une contrainte commune.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19 : « Recherche, abstraction et contrainte » et exercice « Une règle, trois variations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O2 et O1, repères 32, 62 et 64.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23  |  16/04/2027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23 - Période 3 - S20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23  |  CHAPITRE 4 - RECHERCHE TYPOGRAPHIQUE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Synthèse et projet expérimental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une police adéquate dans un esprit de cohérence et relier la forme au message.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Synthèse et projet expérimental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Défi : Comment traduire le mot TENSION avec une règle simple ?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Développement par séries et variations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Sélection selon intention, lisibilité et cohérence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Synthèse personnelle et argumentation finale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Comprendre et reformuler le principe suivant : développement par séries et variations.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Produire une trace observable permettant de série de recherches, choix final et justification.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Justifier au moins une décision avec un vocabulaire typographique précis.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Réinvestir le vocabulaire et la méthode d'observation de la séquence précédente.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Savoir utiliser le support manuel ou le logiciel choisi et enregistrer une trace.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Être capable d'écouter une consigne courte et de travailler avec autonomie pendant quinze minutes.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Série de recherches, choix final et justification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annotation ou justification courte reliée aux indices observables.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: 20 minutes de rituels, gestion et conclusion ; 30 minutes d'apprentissages, dont 15 minutes de production autonome.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Reformule la question : Comment traduire le mot TENSION avec une règle simple ?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Choisis la version numérique ou la version manuelle ; une seule version doit être menée à terme.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Observe, compare puis réalise : série de recherches, choix final et justification.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Vérifie les notions dans O1, O2 et O3 et annote les indices qui justifient ta décision.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2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Enregistre ou remets la trace avec un nom clair ; termine par une phrase de synthèse.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23  |  16/04/2027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Synthèse et projet expérimental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Cours C5 / C6 et fiche d'exercice de la séquence.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numérique : ordinateur, logiciel vectoriel ou de mise en page, dossier de polices, export PDF.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manuelle : fiche imprimée, crayon, gomme, règle, feutre rouge et supports fournis.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individuel, avec un bref échange collectif au début et à la synthèse.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seule modalité au choix : numérique ou manuelle ; mêmes objectifs et mêmes critères.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 (5), présences et matériel (5), journal / rappel (5), question-défi et comparaison visuelle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rappeler un acquis, observer les exemples et formuler une première hypothèse face à : Comment traduire le mot TENSION avec une règle simple ?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des savoirs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7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Expliciter développement par séries et variations ; montrer deux cas contrastés ; introduire le vocabulaire utile.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Noter une trace courte, nommer les indices et poser une question de clarification.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Lancer l'exercice « Mini-recherche : TENSION », vérifier la compréhension et guider par questions sans faire à la place.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Réaliser série de recherches, choix final et justification, en version numérique ou manuelle, puis annoter les décisions.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8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Faire comparer deux traces (3), reformuler le principe, organiser l'autoévaluation, le rangement et la sortie (5).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Comparer, cocher les critères, formuler une phrase de synthèse et remettre / enregistrer la trace.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notion « Développement par séries et variations » est correctement mobilisée.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 produit demandé est complet : série de recherches, choix final et justification.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Les indices sont visibles, nommés avec précision et reliés à la décision.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trace est lisible, enregistrée / remise et réalisable dans le temps imparti.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formative par observation de la démarche, contrôle de la trace et question de sortie.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Feedback descriptif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C6, séquence 20 : « Synthèse et projet expérimental » et exercice « Mini-recherche : TENSION ».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O1, O2 et O3.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Yves Perrousseaux, Manuel de typographie française élémentaire, ISBN 978-2911220375.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John McWade, Créations graphiques, ISBN 978-2744024139.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24  |  11/06/2027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24 - Période 3 - EI3</w:t>
            </w:r>
            <w:r>
              <w:rPr>
                <w:rFonts w:ascii="Calibri" w:hAnsi="Calibri"/>
                <w:b/>
                <w:i w:val="0"/>
                <w:color w:val="242424"/>
                <w:sz w:val="17"/>
              </w:rPr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24  |  ÉVALUATION INTÉGRATIVE - PÉRIODE 3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Évaluation intégrative 3 - Exprimer et convaincre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8.2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éléments de la communication visuelle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8.4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La mise en forme typographique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8.5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Les conventions d'écriture et de correction typographique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8.6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L'expression au travers de la typographie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Mobiliser de manière intégrée les acquis de la période dans une communication visuelle finalisée.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à 4.2.3 CM - préparation 4.3.1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Compétences observées au niveau attendu de la classe.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Appliquer la classification internationale des caractères et les caractéristiques spécifiques des familles de polices.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Régler les paramètres du texte : espacements, césures.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Appliquer les règles d'écriture.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Appliquer la méthode de création avec le logiciel de mise en page.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Exprimer et convaincre : une affiche de sensibilisation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Situation : Campagne LES MOTS LAISSENT DES TRACES - Respect en ligne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Compréhension du brief, public et action attendue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Choix typographiques, hiérarchie et composition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Tests, corrections, justification et autoévaluation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Provoquer une réaction, rendre le message mémorable et préserver la lisibilité malgré la recherche expressive.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Rendre observables les acquis de la période dans une production complète.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Analyser sa démarche et justifier les décisions visibles.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Avoir mené les séquences et complété le carnet de progression de la période.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Disposer des croquis, essais, choix typographiques, plan de composition et tests.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Connaître les règles d'autonomie et les cinq critères notés sur 4.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Affiche A3 finalisée et dossier de recherche complété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Fichier source organisé ou original papier protégé, export / photographie, justification et autoévaluation.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de 50 minutes consacrée à la finalisation, aux contrôles et à la remise. Le projet a été construit progressivement pendant la période.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Relire le brief et la liste des éléments à remettre.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Finaliser sans effacer les traces de recherche utiles.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Tester la lecture, corriger une faiblesse et conserver la preuve du changement.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Remettre l'affiche, le dossier, les fichiers / originaux et l'autoévaluation.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3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Respecter l'autonomie : demander une clarification de consigne, jamais une solution graphique.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24  |  11/06/2027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Évaluation intégrative 3 - Exprimer et convaincre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Dossier E de la période, brief, grilles et autoévaluation.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Production A3, recherches, croquis, tests et justificatifs.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Selon modalité : matériel manuel complet ou ordinateur, logiciels, polices autorisées et export PDF.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 en situation d'évaluation.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Version papier, numérique ou mixte ; mêmes compétences et même note sur 20.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Accueil, présences, installation, vérification du matériel et rappel du cadre d'évaluation.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S'installer, ouvrir le dossier de recherche et vérifier les éléments à remettre.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/ rappel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Rappeler le brief, les cinq critères, l'équivalence papier-numérique et les règles d'autonomie.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Reformuler la mission et signaler uniquement un problème matériel ou de compréhension.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 évaluée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25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Observer sans fournir la solution ; noter les indicateurs ; garantir le temps et l'équité.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Finaliser, tester, corriger, justifier et préparer la remise de la production et du dossier.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Organiser la remise, vérifier les fichiers / originaux et distribuer l'autoévaluation.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Remettre, sauvegarder, compléter l'autoévaluation et ranger le poste.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Définir une intention de communication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Choisir et faire dialoguer les caractères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Expérimenter tout en maintenant la lecture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Composer et finaliser un système cohérent - niveau 0 à 4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Rechercher, critiquer et argumenter - niveau 0 à 4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sommative sur 20 : cinq critères pondérés chacun sur 4.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Lecture de la ligne correspondant à la classe ; le choix papier ou numérique ne modifie pas les indicateurs.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Commentaire final : une réussite observable et une amélioration prioritaire.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 - Évaluations intégratives typographie, évaluation intégrative - période 3.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 : séquences de la période et exercices correspondants.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O1 - Banque de savoirs typographiques ; O2 - Choisir et associer les polices ; O3 - Lire l'affiche.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25  |  18/05/2027*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2600"/>
        <w:gridCol w:w="2600"/>
        <w:gridCol w:w="3700"/>
        <w:gridCol w:w="3700"/>
        <w:gridCol w:w="2688"/>
      </w:tblGrid>
      <w:tr>
        <w:trPr>
          <w:tblHeader w:val="true"/>
        </w:trP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Cours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Durée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Classe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686868"/>
                <w:sz w:val="15"/>
              </w:rPr>
              <w:t>Enseignant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2F2F2"/>
          </w:tcPr>
          <w:p>
            <w:pPr>
              <w:spacing w:before="0" w:after="0"/>
              <w:jc w:val="center"/>
            </w:pPr>
            <w:r>
              <w:t>Fiche / repère</w:t>
            </w:r>
            <w:r>
              <w:rPr>
                <w:rFonts w:ascii="Calibri" w:hAnsi="Calibri"/>
                <w:b/>
                <w:i w:val="0"/>
                <w:color w:val="686868"/>
                <w:sz w:val="15"/>
              </w:rPr>
            </w:r>
          </w:p>
        </w:tc>
      </w:tr>
      <w:tr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Typographie</w:t>
            </w:r>
          </w:p>
        </w:tc>
        <w:tc>
          <w:tcPr>
            <w:tcW w:type="dxa" w:w="26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1 x 50 min / semaine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6TQi - Infographie</w:t>
            </w:r>
          </w:p>
        </w:tc>
        <w:tc>
          <w:tcPr>
            <w:tcW w:type="dxa" w:w="37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Hassan BOUZOUGARH</w:t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25 - Période 3 - Q2</w:t>
            </w:r>
          </w:p>
        </w:tc>
      </w:tr>
    </w:tbl>
    <w:p>
      <w:pPr>
        <w:keepNext w:val="0"/>
        <w:spacing w:before="80" w:after="0" w:line="259" w:lineRule="auto"/>
        <w:jc w:val="left"/>
      </w:pPr>
      <w:r>
        <w:rPr>
          <w:rFonts w:ascii="Calibri" w:hAnsi="Calibri"/>
          <w:b/>
          <w:i w:val="0"/>
          <w:color w:val="686868"/>
          <w:sz w:val="20"/>
        </w:rPr>
        <w:t>Leçon 25  |  QUALIFICATION - UQ5</w:t>
      </w: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40"/>
        </w:rPr>
        <w:t>UQ5 - Typographie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550"/>
        <w:gridCol w:w="7738"/>
      </w:tblGrid>
      <w:tr>
        <w:tc>
          <w:tcPr>
            <w:tcW w:type="dxa" w:w="7550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A. Situation au programme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Intégration des acquis de typographie dans le projet commun PEQ.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La partie Typographie ne crée pas un second sujet : elle rend visibles les décisions et compétences mobilisées.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B. Situation au profil de formation - Fonction 4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4.1.1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Utiliser le clavier principal et le clavier numérique avec efficacité.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4.1.2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Gérer et imprimer les fichiers.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classification internationale des caractères et les caractéristiques spécifiques des familles de polices.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4.2.2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Régler les paramètres du texte : espacements, césures.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4.2.3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les règles d'écriture.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4.3.1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Appliquer la méthode de création avec le logiciel de mise en page.</w:t>
            </w:r>
          </w:p>
          <w:p>
            <w:pPr>
              <w:spacing w:before="0" w:after="20" w:line="250" w:lineRule="auto"/>
            </w:pPr>
            <w:r>
              <w:rPr>
                <w:rFonts w:ascii="Calibri" w:hAnsi="Calibri"/>
                <w:b/>
                <w:i w:val="0"/>
                <w:color w:val="686868"/>
                <w:sz w:val="17"/>
              </w:rPr>
              <w:t xml:space="preserve">4.3.2 CM </w:t>
            </w: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Transférer un document du logiciel de traitement de texte au logiciel de mise en page.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1. Titre de la leçon / sujet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Maîtriser, vérifier et défendre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8"/>
              </w:rPr>
              <w:t>Mobiliser les sept CM avec autonomie dans la production finale du PEQ.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2. Contenus associés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Lecture du cahier des charges et hiérarchie des contraintes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Démarche, essais, erreurs utiles, corrections et justification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Preuves reliées à la production commune et aux autres cours</w:t>
            </w:r>
          </w:p>
        </w:tc>
        <w:tc>
          <w:tcPr>
            <w:tcW w:type="dxa" w:w="7738"/>
            <w:vAlign w:val="center"/>
            <w:tcMar>
              <w:top w:w="45" w:type="dxa"/>
              <w:start w:w="110" w:type="dxa"/>
              <w:bottom w:w="45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3. Objectifs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Mobiliser les sept CM avec autonomie dans la production finale du PEQ.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Rendre chaque compétence observable par une preuve identifiée.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Travailler au niveau d'autonomie attendu : autonomie attendue.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4. Pré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Disposer du cahier des charges commun, des textes et des productions attendues.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Avoir organisé un carnet de preuves et un dossier de fichiers retrouvables.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Connaître les indicateurs A / NA et les règles de passation.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5. Produit attendu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Carnet de preuves final : stratégie, recherches, décision, textes transférés, styles, réglages, contrôle, corrections, liens interdisciplinaires et défense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Références précises aux pages ou fichiers permettant au jury de vérifier les compétences.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6. Durée de la leçon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Une séance d'observation et de collecte de 50 minutes dans un processus PEQ plus long. La date est prévisionnelle et dépend du calendrier commun.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7. Consignes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Relire le cahier des charges et isoler les contraintes typographiques.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Planifier les preuves à produire ou à finaliser pendant la séance.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Travailler directement dans la production commune et conserver les essais utiles.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Contrôler, corriger et expliquer une décision ou un échec fécond.</w:t>
            </w:r>
          </w:p>
          <w:p>
            <w:pPr>
              <w:spacing w:before="0" w:after="28" w:line="250" w:lineRule="auto"/>
              <w:ind w:left="397" w:hanging="204"/>
              <w:numPr>
                <w:ilvl w:val="0"/>
                <w:numId w:val="34"/>
              </w:numPr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Remettre / enregistrer le carnet et citer la page de chaque preuve observée.</w:t>
            </w:r>
          </w:p>
        </w:tc>
      </w:tr>
    </w:tbl>
    <w:p>
      <w:r>
        <w:br w:type="page"/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50"/>
        <w:gridCol w:w="8650"/>
        <w:gridCol w:w="2688"/>
      </w:tblGrid>
      <w:tr>
        <w:tc>
          <w:tcPr>
            <w:tcW w:type="dxa" w:w="39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8"/>
              </w:rPr>
              <w:t>PRÉPARATION PÉDAGOGIQUE</w:t>
            </w:r>
          </w:p>
        </w:tc>
        <w:tc>
          <w:tcPr>
            <w:tcW w:type="dxa" w:w="86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>
              <w:t>6TQi  |  Fiche 25  |  18/05/2027*</w:t>
            </w:r>
            <w:r>
              <w:rPr>
                <w:rFonts w:ascii="Calibri" w:hAnsi="Calibri"/>
                <w:b/>
                <w:i w:val="0"/>
                <w:color w:val="242424"/>
                <w:sz w:val="16"/>
              </w:rPr>
            </w:r>
          </w:p>
        </w:tc>
        <w:tc>
          <w:tcPr>
            <w:tcW w:type="dxa" w:w="268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righ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2 / 2</w:t>
            </w:r>
          </w:p>
        </w:tc>
      </w:tr>
    </w:tbl>
    <w:p>
      <w:pPr>
        <w:spacing w:before="0" w:after="60"/>
        <w:pBdr>
          <w:bottom w:val="single" w:sz="8" w:color="A51E2A"/>
        </w:pBdr>
      </w:pPr>
    </w:p>
    <w:p>
      <w:pPr>
        <w:keepNext w:val="0"/>
        <w:spacing w:before="0" w:after="80" w:line="259" w:lineRule="auto"/>
        <w:jc w:val="left"/>
      </w:pPr>
      <w:r>
        <w:rPr>
          <w:rFonts w:ascii="Georgia" w:hAnsi="Georgia"/>
          <w:b/>
          <w:i w:val="0"/>
          <w:color w:val="242424"/>
          <w:sz w:val="36"/>
        </w:rPr>
        <w:t>UQ5 - Typographie  |  Déroulé, évaluation et trace</w:t>
      </w:r>
    </w:p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8. Matériel requis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Cahier des charges commun, dossier Q et carnet de preuves.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Production en cours, fichiers sources, versions, polices, épreuves imprimées ou exports.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Grilles A / NA, fiche de liaison et matériel demandé par la coordination.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9. Forme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Travail individuel intégré au projet commun.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Niveau d'autonomie : Autonomie attendue ; l'enseignant garantit le cadre et observe sans fournir la solution.</w:t>
            </w:r>
          </w:p>
        </w:tc>
      </w:tr>
    </w:tbl>
    <w:p>
      <w:pPr>
        <w:keepNext w:val="0"/>
        <w:spacing w:before="60" w:after="60" w:line="259" w:lineRule="auto"/>
        <w:jc w:val="left"/>
      </w:pPr>
      <w:r>
        <w:rPr>
          <w:rFonts w:ascii="Georgia" w:hAnsi="Georgia"/>
          <w:b/>
          <w:i w:val="0"/>
          <w:color w:val="A51E2A"/>
          <w:sz w:val="24"/>
        </w:rPr>
        <w:t>10 à 13. Méthodologie</w:t>
      </w:r>
    </w:p>
    <w:tbl>
      <w:tblPr>
        <w:tblW w:type="dxa" w:w="15288"/>
        <w:tblLayout w:type="fixed"/>
        <w:tblLook w:firstColumn="1" w:firstRow="1" w:lastColumn="0" w:lastRow="0" w:noHBand="0" w:noVBand="1" w:val="04A0"/>
        <w:jc w:val="left"/>
        <w:tblInd w:w="110" w:type="dxa"/>
        <w:tblBorders>
          <w:top w:val="single" w:sz="4" w:color="C8C8C8"/>
          <w:left w:val="single" w:sz="4" w:color="C8C8C8"/>
          <w:bottom w:val="single" w:sz="4" w:color="C8C8C8"/>
          <w:right w:val="single" w:sz="4" w:color="C8C8C8"/>
          <w:insideH w:val="single" w:sz="4" w:color="C8C8C8"/>
          <w:insideV w:val="single" w:sz="4" w:color="C8C8C8"/>
        </w:tblBorders>
      </w:tblPr>
      <w:tblGrid>
        <w:gridCol w:w="3300"/>
        <w:gridCol w:w="1100"/>
        <w:gridCol w:w="5350"/>
        <w:gridCol w:w="5538"/>
      </w:tblGrid>
      <w:tr>
        <w:trPr>
          <w:tblHeader w:val="true"/>
        </w:trP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Phase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Durée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 l'enseignant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A51E2A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Activités des élèves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10. Accroche et mise en route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10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Accueil, présences, installation et rappel du lien avec le projet commun.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Installer le projet, le cahier des charges et le carnet de preuves.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11. Acquisition / protocole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Rappeler les compétences observées, les preuves attendues, le niveau d'autonomie et le protocole A / NA.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Repérer les preuves à produire et planifier l'ordre des actions.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12. Performance qualifiante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30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Garantir les conditions de passation, observer les indicateurs et consigner les preuves sans donner de solution graphique.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Produire, contrôler et documenter les preuves directement reliées à la production commune.</w:t>
            </w:r>
          </w:p>
        </w:tc>
      </w:tr>
      <w:tr>
        <w:tc>
          <w:tcPr>
            <w:tcW w:type="dxa" w:w="33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  <w:shd w:fill="F8E9EB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/>
                <w:i w:val="0"/>
                <w:color w:val="A51E2A"/>
                <w:sz w:val="16"/>
              </w:rPr>
              <w:t>13. Synthèse et conclusion</w:t>
            </w:r>
          </w:p>
        </w:tc>
        <w:tc>
          <w:tcPr>
            <w:tcW w:type="dxa" w:w="110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242424"/>
                <w:sz w:val="16"/>
              </w:rPr>
              <w:t>5 min</w:t>
            </w:r>
          </w:p>
        </w:tc>
        <w:tc>
          <w:tcPr>
            <w:tcW w:type="dxa" w:w="5350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Sécuriser la remise, relever les preuves manquantes et annoncer la suite du processus PEQ.</w:t>
            </w:r>
          </w:p>
        </w:tc>
        <w:tc>
          <w:tcPr>
            <w:tcW w:type="dxa" w:w="5538"/>
            <w:vAlign w:val="center"/>
            <w:tcMar>
              <w:top w:w="70" w:type="dxa"/>
              <w:start w:w="110" w:type="dxa"/>
              <w:bottom w:w="70" w:type="dxa"/>
              <w:end w:w="11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Enregistrer / remettre, citer les pages de preuve et ranger le poste.</w:t>
            </w:r>
          </w:p>
        </w:tc>
      </w:tr>
    </w:tbl>
    <w:tbl>
      <w:tblPr>
        <w:tblW w:type="dxa" w:w="15288"/>
        <w:jc w:val="left"/>
        <w:tblLayout w:type="fixed"/>
        <w:tblLook w:firstColumn="1" w:firstRow="1" w:lastColumn="0" w:lastRow="0" w:noHBand="0" w:noVBand="1" w:val="04A0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600"/>
        <w:gridCol w:w="7688"/>
      </w:tblGrid>
      <w:tr>
        <w:tc>
          <w:tcPr>
            <w:tcW w:type="dxa" w:w="7600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14. Critères d'évaluation / indicateurs de maîtrise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4.1.1 - Utiliser le clavier principal et le clavier numérique avec efficacité.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4.1.2 - Gérer et imprimer les fichiers.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4.2.1 - Appliquer la classification internationale des caractères et les caractéristiques spécifiques des familles de polices.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4.2.2 - Régler les paramètres du texte : espacements, césures.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4.2.3 - Appliquer les règles d'écriture.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4.3.1 - Appliquer la méthode de création avec le logiciel de mise en page. - A / NA, preuve citée.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4.3.2 - Transférer un document du logiciel de traitement de texte au logiciel de mise en page. - A / NA, preuve citée.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15. Méthode d'évaluation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Évaluation par compétences : acquis / non acquis pour chaque CM, avec indicateurs et page de preuve.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Observation du processus et du résultat ; aucune compensation arithmétique ne remplace une compétence non démontrée.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7"/>
              </w:rPr>
              <w:t>Synthèse transmise à l'équipe et au jury avec les autres composantes du PEQ.</w:t>
            </w:r>
          </w:p>
        </w:tc>
        <w:tc>
          <w:tcPr>
            <w:tcW w:type="dxa" w:w="7688"/>
            <w:vAlign w:val="center"/>
            <w:tcMar>
              <w:top w:w="30" w:type="dxa"/>
              <w:start w:w="110" w:type="dxa"/>
              <w:bottom w:w="30" w:type="dxa"/>
              <w:end w:w="110" w:type="dxa"/>
            </w:tcMar>
          </w:tcPr>
          <w:p>
            <w:pPr>
              <w:spacing w:before="0" w:after="0"/>
            </w:pPr>
            <w:r/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16. Références bibliographiques et outils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Q - Consignes des unités de qualification UQ2 à UQ5, qualification - UQ5.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Cours C6 et outils O1, O2, O3 selon les preuves mobilisées.</w:t>
            </w:r>
          </w:p>
          <w:p>
            <w:pPr>
              <w:pStyle w:val="ListBullet"/>
              <w:spacing w:before="0" w:after="30" w:line="252" w:lineRule="auto"/>
              <w:ind w:left="351" w:hanging="170"/>
            </w:pPr>
            <w:r>
              <w:rPr>
                <w:rFonts w:ascii="Calibri" w:hAnsi="Calibri"/>
                <w:b w:val="0"/>
                <w:i w:val="0"/>
                <w:color w:val="242424"/>
                <w:sz w:val="16"/>
              </w:rPr>
              <w:t>Cahier des charges commun, consignes de la coordination PEQ et production interdisciplinaire.</w:t>
            </w:r>
          </w:p>
          <w:p>
            <w:pPr>
              <w:keepNext/>
              <w:spacing w:before="64" w:after="34"/>
            </w:pPr>
            <w:r>
              <w:rPr>
                <w:rFonts w:ascii="Georgia" w:hAnsi="Georgia"/>
                <w:b/>
                <w:i w:val="0"/>
                <w:color w:val="A51E2A"/>
                <w:sz w:val="20"/>
              </w:rPr>
              <w:t>17. Après la séance</w:t>
            </w:r>
          </w:p>
          <w:p>
            <w:pPr>
              <w:keepNext w:val="0"/>
              <w:spacing w:before="0" w:after="40" w:line="259" w:lineRule="auto"/>
              <w:jc w:val="left"/>
            </w:pPr>
            <w:r>
              <w:rPr>
                <w:rFonts w:ascii="Calibri" w:hAnsi="Calibri"/>
                <w:b/>
                <w:i w:val="0"/>
                <w:color w:val="242424"/>
                <w:sz w:val="17"/>
              </w:rPr>
              <w:t>□ réalisée  □ reportée  □ remédiation nécessaire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Observation / adaptation : ________________________________________________________________</w:t>
            </w:r>
          </w:p>
          <w:p>
            <w:pPr>
              <w:keepNext w:val="0"/>
              <w:spacing w:before="0" w:after="20" w:line="259" w:lineRule="auto"/>
              <w:jc w:val="left"/>
            </w:pPr>
            <w:r>
              <w:rPr>
                <w:rFonts w:ascii="Calibri" w:hAnsi="Calibri"/>
                <w:b w:val="0"/>
                <w:i w:val="0"/>
                <w:color w:val="686868"/>
                <w:sz w:val="17"/>
              </w:rPr>
              <w:t>________________________________________________________________________________________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765" w:right="765" w:bottom="765" w:left="76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/>
    <w:r>
      <w:rPr>
        <w:rFonts w:ascii="Calibri" w:hAnsi="Calibri"/>
        <w:b w:val="0"/>
        <w:i w:val="0"/>
        <w:color w:val="686868"/>
        <w:sz w:val="14"/>
      </w:rPr>
      <w:t xml:space="preserve">Hassan BOUZOUGARH  |  </w:t>
    </w:r>
    <w:r>
      <w:rPr>
        <w:rFonts w:ascii="Calibri" w:hAnsi="Calibri"/>
        <w:b w:val="0"/>
        <w:i w:val="0"/>
        <w:color w:val="686868"/>
        <w:sz w:val="14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b w:val="0"/>
        <w:i w:val="0"/>
        <w:color w:val="686868"/>
        <w:sz w:val="14"/>
      </w:rPr>
      <w:t xml:space="preserve"> / </w:t>
    </w:r>
    <w:r>
      <w:rPr>
        <w:rFonts w:ascii="Calibri" w:hAnsi="Calibri"/>
        <w:b w:val="0"/>
        <w:i w:val="0"/>
        <w:color w:val="686868"/>
        <w:sz w:val="14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/>
    <w:r>
      <w:rPr>
        <w:rFonts w:ascii="Calibri" w:hAnsi="Calibri"/>
        <w:b/>
        <w:i w:val="0"/>
        <w:color w:val="686868"/>
        <w:sz w:val="15"/>
      </w:rPr>
      <w:t>TYPOGRAPHIE 2026-2027  |  PRÉPARATIONS PÉDAGOGIQUES  |  6TQi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3">
    <w:abstractNumId w:val="12"/>
  </w:num>
  <w:abstractNum w:abstractNumId="13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4">
    <w:abstractNumId w:val="13"/>
  </w:num>
  <w:abstractNum w:abstractNumId="14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5">
    <w:abstractNumId w:val="14"/>
  </w:num>
  <w:abstractNum w:abstractNumId="15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6">
    <w:abstractNumId w:val="15"/>
  </w:num>
  <w:abstractNum w:abstractNumId="16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7">
    <w:abstractNumId w:val="16"/>
  </w:num>
  <w:abstractNum w:abstractNumId="17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8">
    <w:abstractNumId w:val="17"/>
  </w:num>
  <w:abstractNum w:abstractNumId="18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19">
    <w:abstractNumId w:val="18"/>
  </w:num>
  <w:abstractNum w:abstractNumId="19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0">
    <w:abstractNumId w:val="19"/>
  </w:num>
  <w:abstractNum w:abstractNumId="20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1">
    <w:abstractNumId w:val="20"/>
  </w:num>
  <w:abstractNum w:abstractNumId="21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2">
    <w:abstractNumId w:val="21"/>
  </w:num>
  <w:abstractNum w:abstractNumId="22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3">
    <w:abstractNumId w:val="22"/>
  </w:num>
  <w:abstractNum w:abstractNumId="23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4">
    <w:abstractNumId w:val="23"/>
  </w:num>
  <w:abstractNum w:abstractNumId="24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5">
    <w:abstractNumId w:val="24"/>
  </w:num>
  <w:abstractNum w:abstractNumId="25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6">
    <w:abstractNumId w:val="25"/>
  </w:num>
  <w:abstractNum w:abstractNumId="26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7">
    <w:abstractNumId w:val="26"/>
  </w:num>
  <w:abstractNum w:abstractNumId="27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8">
    <w:abstractNumId w:val="27"/>
  </w:num>
  <w:abstractNum w:abstractNumId="28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29">
    <w:abstractNumId w:val="28"/>
  </w:num>
  <w:abstractNum w:abstractNumId="29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30">
    <w:abstractNumId w:val="29"/>
  </w:num>
  <w:abstractNum w:abstractNumId="30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31">
    <w:abstractNumId w:val="30"/>
  </w:num>
  <w:abstractNum w:abstractNumId="31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32">
    <w:abstractNumId w:val="31"/>
  </w:num>
  <w:abstractNum w:abstractNumId="32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33">
    <w:abstractNumId w:val="32"/>
  </w:num>
  <w:abstractNum w:abstractNumId="33">
    <w:multiLevelType w:val="singleLevel"/>
    <w:lvl w:ilvl="0">
      <w:start w:val="1"/>
      <w:numFmt w:val="decimal"/>
      <w:lvlText w:val="%1."/>
      <w:lvlJc w:val="left"/>
      <w:pPr>
        <w:ind w:left="397" w:hanging="205"/>
      </w:pPr>
    </w:lvl>
  </w:abstract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8" w:line="259" w:lineRule="auto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Georgia" w:hAnsi="Georgia"/>
      <w:b/>
      <w:bCs/>
      <w:color w:val="A51E2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A51E2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Georgia" w:hAnsi="Georgia"/>
      <w:b/>
      <w:bCs/>
      <w:color w:val="242424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 w:line="252" w:lineRule="auto"/>
      <w:contextualSpacing/>
    </w:pPr>
    <w:rPr>
      <w:rFonts w:ascii="Calibri" w:hAnsi="Calibri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30" w:line="252" w:lineRule="auto"/>
      <w:contextualSpacing/>
    </w:pPr>
    <w:rPr>
      <w:rFonts w:ascii="Calibri" w:hAnsi="Calibri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Préparations pédagogiques de typographie 6TQi - 2026-2027</dc:title>
  <dc:subject>25 séances de 50 minutes : séquences, évaluations intégratives et qualifications</dc:subject>
  <dc:creator>Hassan BOUZOUGARH</dc:creator>
  <cp:keywords>typographie, préparation pédagogique, 5TQi, 6TQi, 2026-2027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